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1606: 求一个两位数倒序的结果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30581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请输出一个两位的整数 n，倒过来的数，也就是输出这个两位数个位和十位颠倒的结果。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比如：整数 23 倒过来是 32，整数 18 倒过来是 81 ，整数 20 倒过来是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两位整数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倒过来的整数。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