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1605: 求一个两位数的个位和十位的和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1605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35342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从键盘读入一个两位的整数 n ，请求出这个两位整数个位和十位的和是多少？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一个两位的整数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一个整数，代表 n 个位和十位的和。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