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1604: 高精度除单精度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1604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高精度算法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提高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1531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高精度算法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请从键盘读入一个高精度整数 a（不超过 100 位），再读入另一个单精度整数 b（b 不超过 8 位），请求出 a 除以 b 得到的商，是多少？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输入有 2 行，第一行有一个整数 a（不超过 100 位），第二行有一个整数 b。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请输出 a/b 得到的商。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8162148605591693302243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20136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405351043185920406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