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1600: 请假时间计算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42701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假设小明的妈妈向公司请了 n 天的假，那么请问小明的妈妈总共请了多少小时的假，多少分钟的假？（提示： 1 天有 24 小时，1 小时有 60 分钟）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n，代表小明妈妈请假的天数。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两个整数，每行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行的整数代表小明妈妈请假的小时数。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行的整数代表小明妈妈请假的分钟数。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