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1599: 米老鼠偷糖果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1599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基础问题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43085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基础问题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米老鼠发现了厨房放了 n 颗糖果，它一次可以背走 a 颗，请问米老鼠背了 x 次之后还剩多少颗？（假设 x 次之后一定有糖果剩下）。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三个整数 n、a、x 分别代表总共有 n 颗糖果，米老鼠一次背走 a 颗糖果，总共背了 x 次。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一个整数，代表剩余的糖果数量。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12 2 3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