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1597: 买文具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1597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38560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花花去文具店买了 1 支笔和 1 块橡皮，已知笔 x 元 /  支，橡皮 y元 /  块，花花付给了老板 n 元，请问老板应该找给花花多少钱？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x、y、n ，分别代表了笔的单价、橡皮的单价和花花付给老板的钱（已知花花付给老板的钱 n ≥ x+y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一个整数，代表老板应该找给花花的钱。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