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1592: 求和（sum）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NOIP2015普及组复赛第3题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一条狭长的纸带被均匀划分出了 n 个格子，格子编号从 1 到 n 。每个格子上都染了一种颜色 color_i用 [1，m] 当中的一个整数表示），并且写了一个数字number_i。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定义一种特殊的三元组：(x,y,z)，其中 x，y，z 都代表纸带上格子的编号，这里的三元组要求满足以下两个条件：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xyz 是整数, x &lt; y &lt; z，y-x=z-y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color_x=color_z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满足上述条件的三元组的分数规定为 (x+z) *(number_x+number_z)。整个纸带的分数规定为所有满足条件的三元组的分数的和。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这个分数可能会很大，你只要输出整个纸带的分数除以 10,007 所得的余数即可。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8754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1fsr8e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75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第一行是用一个空格隔开的两个正整数 n 和 m，n 表纸带上格子的个数，m 表纸带上颜色的种类数。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用空格隔开的正整数，第 i 数字 number_i 表纸带上编号为 i 格子上面写的数字。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 n 用空格隔开的正整数，第 i 数字 color_i 表纸带上编号为 i 格子染的颜色。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共一行，一个整数，表示所求的纸带分数除以 10,007 所得的余数。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纸带如题目描述中的图所示。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所有满足条件的三元组为： (1, 3, 5), (4, 5, 6)。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所以纸带的分数为 (1 + 5) ∗ (5 + 2) + (4 + 6) ∗ (2 + 2) = 42 + 40 = 82。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1 组至第 2 组数据， 1 ≤ n ≤ 100, 1  ≤  m  ≤ 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3 组至第 4 组数据， 1 ≤ n ≤ 3000, 1 ≤ m ≤ 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5 组至第 6 组数据， 1 ≤ n ≤ 100000, 1 ≤ m ≤ 100000，且不存在出现次数超过 20 的颜色；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 于 全 部 10 组 数 据 ， 1 ≤ n ≤ 100000, 1 ≤ m ≤ 100000, 1 ≤ color_i ≤ m，1≤ number_i ≤ 100000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