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1591: 求子串的位置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1591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6722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请问在一个父字符串 s 中是否存在子字符串 t 。如果存在，则输出子字符串 t 在父字符串中所有的起始位置，如果不存在，则输出 -1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比如：假设父字符串 s=Go Abc good goole，子字符串 t=go ，那么输出位置：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第一行输入父字符串的值（字符串长度不超过 100）。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第二行输入子字符串的值（子字符串长度不超过 100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输出子字符串在父字符串中所有的位置，如果父字符串中不存在子字符串，请输出 -1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请分别用 find 及 substr 两种方法求解。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