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1589: 最大部分和（连续部分和）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个整数（1≤n≤100），排成一排，例如：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n=7：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-2 13 12 9 14 -10 2 （7个整数）。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其中取连续数（至少选 1 个）的最大部分和为 48 （即 13+12+9+14）。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n个整数 x_i（-100≤x_i≤100）。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第二行的数之间有一个空格。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一个整数（即最大的连续的部分和）。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-2 13 12 9 14 -10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2014江苏省青少年信息学奥林匹克竞赛复赛。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