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1587: 连续非素数的最大长度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1587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省赛函数问题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2678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省赛 函数问题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给出一个正整数 n （ 2 ≤ n ≤ 1000000 ），例如 n=30 ，在 1，2，3，⋯ 30 中，连续的非素数有: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   长度为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    长度为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8 9 10   长度为 3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    长度为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14 15 16  长度为 3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18  长度为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 21 22    长度为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24 25 26 27 28 长度为5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30    长度为 1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其中，最大长度为 5 ，即有连续的 5 个非素数。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一个整数，即连续非素数最大长度。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ab/>
        <w:t>【来源】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ab/>
        <w:t>2014江苏省青少年信息学奥林匹克竞赛复赛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