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1584: 马里奥花银币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1584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5760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马里奥有很多银币，他决定去集市逛逛，他想把自己金额最小的银币全部花光，金额最大的银币花掉 1 个，请你编程帮助马里奥计算一下，如果按照他的计划去消费，他花掉了多少钱，还剩多少钱？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比如：假设马里奥存有的银币金额分别为 8 5 2 8 2 4 ，那么按照他的计划消费之后，他会花掉 1 个金额为 8 的银币， 2 个金额为 2 的银币；因此，他总共花掉了金额为 8+2+2 = 12 的银币，还剩金额为 17 的银币。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第一行是一个整数n代表马里奥有 n 个银币；（n ≤ 1000）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第二行有 n 个整数，用空格隔开，代表马里奥每个银币的金额。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第一行输出马里奥花掉的银币金额；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第二行输出马里奥还剩的银币金额。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8 2 7 8 2 4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