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1583: 马里奥的银币3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6708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马里奥有很多银币，有一天他又得到了一张魔法卡，只要使用这张魔法卡，就可以使得他的银币里面所有金额最大的银币都翻倍，所有金额最小的银币都加 1 （也就是银币中金额最大的银币和金额最小的银币都可能不止 1 个），其余的银币的金额不变；马里奥顿时觉得自己要发财了，迫不及待的使用了这张魔法卡，请你求出，马里奥使用了这张魔法卡之后，他的银币的金额分别是多少？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比如：假设马里奥存有的银币金额分别为 8 5 2 8 2 4 ，那么使用魔法卡之后，他的银币的金额变为 16 5 3 16 3 4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代表马里奥有 n 个银币（n ≤ 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个整数，用空格隔开，代表马里奥每个银币的金额。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一行有 n 个整数，用空格隔开，代表使用过魔法卡之后，马里奥的银币的金额，分别是多少？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8 2 7 8 2 4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16 3 7 16 3 4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