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1578: 奖牌整理</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1578</w:t>
            </w:r>
          </w:p>
        </w:tc>
      </w:tr>
      <w:tr>
        <w:tc>
          <w:tcPr>
            <w:tcW w:type="dxa" w:w="4320"/>
          </w:tcPr>
          <w:p>
            <w:r>
              <w:t>标签</w:t>
            </w:r>
          </w:p>
        </w:tc>
        <w:tc>
          <w:tcPr>
            <w:tcW w:type="dxa" w:w="4320"/>
          </w:tcPr>
          <w:p>
            <w:r>
              <w:t>市赛字符串</w:t>
            </w:r>
          </w:p>
        </w:tc>
      </w:tr>
      <w:tr>
        <w:tc>
          <w:tcPr>
            <w:tcW w:type="dxa" w:w="4320"/>
          </w:tcPr>
          <w:p>
            <w:r>
              <w:t>难度</w:t>
            </w:r>
          </w:p>
        </w:tc>
        <w:tc>
          <w:tcPr>
            <w:tcW w:type="dxa" w:w="4320"/>
          </w:tcPr>
          <w:p>
            <w:r>
              <w:t>基础</w:t>
            </w:r>
          </w:p>
        </w:tc>
      </w:tr>
      <w:tr>
        <w:tc>
          <w:tcPr>
            <w:tcW w:type="dxa" w:w="4320"/>
          </w:tcPr>
          <w:p>
            <w:r>
              <w:t>正确</w:t>
            </w:r>
          </w:p>
        </w:tc>
        <w:tc>
          <w:tcPr>
            <w:tcW w:type="dxa" w:w="4320"/>
          </w:tcPr>
          <w:p>
            <w:r>
              <w:t>244</w:t>
            </w:r>
          </w:p>
        </w:tc>
      </w:tr>
      <w:tr>
        <w:tc>
          <w:tcPr>
            <w:tcW w:type="dxa" w:w="4320"/>
          </w:tcPr>
          <w:p>
            <w:r>
              <w:t>来源</w:t>
            </w:r>
          </w:p>
        </w:tc>
        <w:tc>
          <w:tcPr>
            <w:tcW w:type="dxa" w:w="4320"/>
          </w:tcPr>
          <w:p>
            <w:r>
              <w:t>常州市2014“信息与未来”选拔赛</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上完一天的课，小 Z 不但没有一丝疲惫感，反而觉得浑身是劲，好象又回到了童年， 他蹦蹦跳跳地回到家，吃过晚饭很快就做完了作业，抬头一看觉得房间太乱了，这不进入初三后由于课业繁重一直没时间整理房间，现在有空了是时候该好好整理一下了。</w:t>
      </w:r>
    </w:p>
    <w:p>
      <w:pPr>
        <w:spacing w:before="40" w:after="40"/>
        <w:ind w:left="720"/>
      </w:pPr>
      <w:r>
        <w:rPr>
          <w:rFonts w:ascii="Consolas" w:hAnsi="Consolas"/>
          <w:sz w:val="18"/>
        </w:rPr>
        <w:t>小 Z 首 先想要整理的是他那些心爱的奖牌，这些奖牌记录了小 Z 成长的足迹，其中有龙城少儿围 棋比赛的银牌，有华罗庚杯少年数学邀请赛的铜牌，份量最重的当数全国信息学奥林匹克 竞赛（National Olympiad in Informatics,简称 NOI）的金牌，小 Z 喜欢把他获得的奖牌 都挂在床头，并且成一字排开状，他每得到一枚奖牌就会在床头钉一颗钉子，将这枚奖牌 挂在所有奖牌的未尾，也就是说小 Z 的奖牌是按获得时间的先后顺序来排列的，现在小 Z 想把它们按金银铜的顺序排列，即所有的金牌挂在最前面，随后是银牌，最后是铜牌。</w:t>
      </w:r>
    </w:p>
    <w:p>
      <w:pPr>
        <w:spacing w:before="40" w:after="40"/>
        <w:ind w:left="720"/>
      </w:pPr>
      <w:r>
        <w:rPr>
          <w:rFonts w:ascii="Consolas" w:hAnsi="Consolas"/>
          <w:sz w:val="18"/>
        </w:rPr>
        <w:t>小 Z 重排奖牌的方法很特别，他每次都是同时伸出双手各摘下一块奖牌，然后把这两块奖牌 的位置对换一下，即左手摘下的奖牌放到右手摘下的奖牌的位置，右手摘下的奖牌放到左手摘下的奖牌的位置，咦！这怎么看上去有点象交换赋值，太有才了！</w:t>
      </w:r>
    </w:p>
    <w:p>
      <w:pPr>
        <w:spacing w:before="40" w:after="40"/>
        <w:ind w:left="720"/>
      </w:pPr>
      <w:r>
        <w:rPr>
          <w:rFonts w:ascii="Consolas" w:hAnsi="Consolas"/>
          <w:sz w:val="18"/>
        </w:rPr>
        <w:t>现在小 Z 想考考你， 给定奖牌序列，计算最少需要几次对换操作就可以将所有奖牌按金银铜牌的顺序排好。</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输入数据第一行只有一个正整数 N 表示奖牌序列的长度，其中 1 ≤ N ≤ 1000；</w:t>
      </w:r>
    </w:p>
    <w:p>
      <w:pPr>
        <w:spacing w:before="40" w:after="40"/>
        <w:ind w:left="720"/>
      </w:pPr>
      <w:r>
        <w:rPr>
          <w:rFonts w:ascii="Consolas" w:hAnsi="Consolas"/>
          <w:sz w:val="18"/>
        </w:rPr>
        <w:t>第二行有 N 个大写字母，每个大写字母代表一枚奖牌，其中 G 代表金牌，S 代表银牌，B 代表铜牌。</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输出数据仅有一行包含一个整数，表示最少需要几次对换操作。</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9</w:t>
      </w:r>
    </w:p>
    <w:p>
      <w:pPr>
        <w:spacing w:before="40" w:after="40"/>
        <w:ind w:left="720"/>
      </w:pPr>
      <w:r>
        <w:rPr>
          <w:rFonts w:ascii="Consolas" w:hAnsi="Consolas"/>
          <w:sz w:val="18"/>
        </w:rPr>
        <w:t>SSGBBBSBG</w:t>
      </w:r>
    </w:p>
    <w:p>
      <w:pPr>
        <w:pStyle w:val="Heading1"/>
      </w:pPr>
      <w:r>
        <w:t>样例输出</w:t>
      </w:r>
    </w:p>
    <w:p>
      <w:pPr>
        <w:spacing w:before="120" w:after="120"/>
      </w:pPr>
      <w:r>
        <w:t>4</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t>S    S    S＜  G    G</w:t>
      </w:r>
    </w:p>
    <w:p>
      <w:pPr>
        <w:spacing w:before="40" w:after="40"/>
        <w:ind w:left="720"/>
      </w:pPr>
      <w:r>
        <w:rPr>
          <w:rFonts w:ascii="Consolas" w:hAnsi="Consolas"/>
          <w:sz w:val="18"/>
        </w:rPr>
        <w:t>S＜  G    G    G    G</w:t>
      </w:r>
    </w:p>
    <w:p>
      <w:pPr>
        <w:spacing w:before="40" w:after="40"/>
        <w:ind w:left="720"/>
      </w:pPr>
      <w:r>
        <w:rPr>
          <w:rFonts w:ascii="Consolas" w:hAnsi="Consolas"/>
          <w:sz w:val="18"/>
        </w:rPr>
        <w:t>G＜  S    S    S    S</w:t>
      </w:r>
    </w:p>
    <w:p>
      <w:pPr>
        <w:spacing w:before="40" w:after="40"/>
        <w:ind w:left="720"/>
      </w:pPr>
      <w:r>
        <w:rPr>
          <w:rFonts w:ascii="Consolas" w:hAnsi="Consolas"/>
          <w:sz w:val="18"/>
        </w:rPr>
        <w:t>B    B＜  S    S    S</w:t>
      </w:r>
    </w:p>
    <w:p>
      <w:pPr>
        <w:spacing w:before="40" w:after="40"/>
        <w:ind w:left="720"/>
      </w:pPr>
      <w:r>
        <w:rPr>
          <w:rFonts w:ascii="Consolas" w:hAnsi="Consolas"/>
          <w:sz w:val="18"/>
        </w:rPr>
        <w:t>B    B    B    B＜  S</w:t>
      </w:r>
    </w:p>
    <w:p>
      <w:pPr>
        <w:spacing w:before="40" w:after="40"/>
        <w:ind w:left="720"/>
      </w:pPr>
      <w:r>
        <w:rPr>
          <w:rFonts w:ascii="Consolas" w:hAnsi="Consolas"/>
          <w:sz w:val="18"/>
        </w:rPr>
        <w:t>B    B    B    B    B</w:t>
      </w:r>
    </w:p>
    <w:p>
      <w:pPr>
        <w:spacing w:before="40" w:after="40"/>
        <w:ind w:left="720"/>
      </w:pPr>
      <w:r>
        <w:rPr>
          <w:rFonts w:ascii="Consolas" w:hAnsi="Consolas"/>
          <w:sz w:val="18"/>
        </w:rPr>
        <w:t>S    S＜  B    B    B</w:t>
      </w:r>
    </w:p>
    <w:p>
      <w:pPr>
        <w:spacing w:before="40" w:after="40"/>
        <w:ind w:left="720"/>
      </w:pPr>
      <w:r>
        <w:rPr>
          <w:rFonts w:ascii="Consolas" w:hAnsi="Consolas"/>
          <w:sz w:val="18"/>
        </w:rPr>
        <w:t>B    B    B    B    B</w:t>
      </w:r>
    </w:p>
    <w:p>
      <w:pPr>
        <w:spacing w:before="40" w:after="40"/>
        <w:ind w:left="720"/>
      </w:pPr>
      <w:r>
        <w:rPr>
          <w:rFonts w:ascii="Consolas" w:hAnsi="Consolas"/>
          <w:sz w:val="18"/>
        </w:rPr>
        <w:t>G    G    G＜  S＜  B</w:t>
      </w:r>
    </w:p>
    <w:p>
      <w:pPr>
        <w:spacing w:before="40" w:after="40"/>
        <w:ind w:left="720"/>
      </w:pPr>
      <w:r>
        <w:rPr>
          <w:rFonts w:ascii="Consolas" w:hAnsi="Consolas"/>
          <w:sz w:val="18"/>
        </w:rPr>
      </w:r>
    </w:p>
    <w:p>
      <w:pPr>
        <w:spacing w:before="40" w:after="40"/>
        <w:ind w:left="720"/>
      </w:pPr>
      <w:r>
        <w:rPr>
          <w:rFonts w:ascii="Consolas" w:hAnsi="Consolas"/>
          <w:sz w:val="18"/>
        </w:rPr>
        <w:t>小Z的床头共有 9 枚奖牌，以上数据第一列为 9 枚奖牌的初始序列，每次操作将每列中箭头指向的两个位置的奖牌对换，对换后变成右边一列的状态，经过 4 次对换操作所有奖牌就按金银铜牌的顺序依次排好了，可以验证 4 步操作是必不可少的。</w:t>
      </w:r>
    </w:p>
    <w:p>
      <w:pPr>
        <w:spacing w:before="40" w:after="40"/>
        <w:ind w:left="720"/>
      </w:pPr>
      <w:r>
        <w:rPr>
          <w:rFonts w:ascii="Consolas" w:hAnsi="Consolas"/>
          <w:sz w:val="18"/>
        </w:rPr>
        <w:t>【数据范围】</w:t>
      </w:r>
    </w:p>
    <w:p>
      <w:pPr>
        <w:spacing w:before="40" w:after="40"/>
        <w:ind w:left="720"/>
      </w:pPr>
      <w:r>
        <w:rPr>
          <w:rFonts w:ascii="Consolas" w:hAnsi="Consolas"/>
          <w:sz w:val="18"/>
        </w:rPr>
        <w:t>10% 的数据满足：奖牌种类只有两种</w:t>
      </w:r>
    </w:p>
    <w:p>
      <w:pPr>
        <w:spacing w:before="40" w:after="40"/>
        <w:ind w:left="720"/>
      </w:pPr>
      <w:r>
        <w:rPr>
          <w:rFonts w:ascii="Consolas" w:hAnsi="Consolas"/>
          <w:sz w:val="18"/>
        </w:rPr>
        <w:t>30% 的数据满足：n ≤ 10</w:t>
      </w:r>
    </w:p>
    <w:p>
      <w:pPr>
        <w:spacing w:before="40" w:after="40"/>
        <w:ind w:left="720"/>
      </w:pPr>
      <w:r>
        <w:rPr>
          <w:rFonts w:ascii="Consolas" w:hAnsi="Consolas"/>
          <w:sz w:val="18"/>
        </w:rPr>
        <w:t>60% 的数据满足：n ≤ 100</w:t>
      </w:r>
    </w:p>
    <w:p>
      <w:pPr>
        <w:spacing w:before="40" w:after="40"/>
        <w:ind w:left="720"/>
      </w:pPr>
      <w:r>
        <w:rPr>
          <w:rFonts w:ascii="Consolas" w:hAnsi="Consolas"/>
          <w:sz w:val="18"/>
        </w:rPr>
        <w:t>100% 的数据满足：n ≤ 1000</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