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1576: 滑翔翼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1576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市赛数组问题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609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市赛 数组问题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小T和小K都是OIER，入选省队后有幸去苏州参加JSOI集训，训练之余，他们相约一起去苏州乐园玩。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苏州乐园里有一个非常热门的游乐项目叫双人滑翔翼。小T想和小K一起乘双人滑翔翼，但是排在他们前面的一大群人却为了搭配问题而争执不休，小T和小K便自告奋勇上前为他(她)们排扰解难。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排在小T和小K前面的一大群人中有 N 个男人和 N 个女人。本着“男女搭配，干活不累”的原则，他(她)们希望一男一女结成对子飞上天去。由于双人滑翔翼飞行的稳定性很大程度上决定于两侧是否平衡，所以两个人体重相差越小则组成的搭档也越好。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现在已知每个人的体重，你的任务就是将所有人结成 N 对并使各对的体重差的总和最小。一对的体重差定义为重的减轻的的值，此值一定大于等于 0 ，譬如有一对人，男的体重为 50 ，女的体重为 55 ，则他(她)们的体重差为 5 ，反过来如果男的体重为 55 ，女的体重为 50 ，则他(她)们的体重差仍然是 5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第一行包含一个自然数 N（1≤N≤1000），表示有 N 对人；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2 ∼ N+1 行：每行包含一个自然数，表示 N 个男人的体重；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N+2 ∼ 2N+1 行：每行包含一个自然数，表示 N 个女人的体重。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仅有一行包含一个整数，表示配对后 N 对男女的体重差的总和的最小值。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8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7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6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【样例解释】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样例中 4 个男人的体重分别是 2，8，5，5； 4 个女人的体重分别是 1，4，10，7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按体重结对的最佳方式为：2-1,8-10,5-4,5-7；此时 4 对人的体重差的总和最小，其值为 1+2+1+2=6。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【数据规模】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30% 的数据满足：1≤N≤10，体重为不超过 10 的自然数。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100% 的数据满足：1≤N≤1000，体重为不超过1,000,000 的自然数。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【来源】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常州市2012“信息与未来”选拔赛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