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1571: 海港（port）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noip2016普及组复赛第3题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K 是一个海港的海关工作人员，每天都有许多船只到达海港，船上通常有很多来自不同国家的乘客。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K 对这些到达海港的船只非常感兴趣，他按照时间记录下了到达海港的每一艘船只情况；对于第 i 艘到达的船，他记录了这艘船到达的时间 t_i (单位：秒)，船上的乘客数 k_i，以及每名乘客的国籍 xi,1, xi,2,⋯,xi,k。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小K统计了 n 艘船的信息，希望你帮忙计算出以每一艘船到达时间为止的 24 小时（24 小时 =86400 秒）内所有乘船到达的乘客来自多少个不同的国家。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形式化地讲，你需要计算 n 条信息。对于输出的第 i 条信息，你需要统计满足 t_i-86400 &lt; t_p ≤ t_i 的船只 p，在所有的 xp,j 中，总共有多少个不同的数。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第一行输入一个正整数 n，表示小 K 统计了 n 艘船的信息。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行，每行描述一艘船的信息：前两个整数 t_i 和 k_i 分别表示这艘船到达海港的时间和船上的乘客数量，接下来 k_i 个整数 xi,j 表示船上乘客的国籍。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保证输入的 t_i 是递增的，单位是秒；表示从小K第一次上班开始计时，这艘船在第 t_i 秒到达海港。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1 ≤ n ≤ 10^5，∑{k_i} ≤ 3× 10^5  ，1≤ xi,j ≤ 10^5， 1 ≤ ti-1≤  t_i    ≤ 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 ∑{k_i} 表示所有的 k_i 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行，第 i 行输出一个整数表示第 i 艘船到达后的统计信息。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第一艘船在第 1 秒到达海港，最近 24 小时到达的船是第一艘船，共有 4 个乘客，分别是来自国家 4,1,2,2，共来自 3 个不同的国家；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第二艘船在第 2 秒到达海港，最近 24 小时到达的船是第一艘船和第二艘船，共有 4 + 2 = 6 个乘客，分别是来自国家 4,1,2,2,2,3，共来自 4 个不同的国家；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第三艘船在第 10 秒到达海港，最近 24 小时到达的船是第一艘船、第二艘船和第三艘船，共有 4+2+1=7 个乘客，分别是来自国家 4,1,2,2,2,3,3，共来自 4 个不同的国家。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2】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第一艘船在第 1 秒到达海港，最近 24 小时到达的船是第一艘船，共有 4 个乘客，分别是来自国家 1,2,2,3，共来自 3 个不同的国家。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第二艘船在第 3 秒到达海港，最近 24 小时到达的船是第一艘船和第二艘船，共有 4+2=6 个乘客，分别是来自国家 1,2,2,3,2,3，共来自 3 个不同的国家。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第三艘船在第 86401 秒到达海港，最近 24 小时到达的船是第二艘船和第三艘船，共有 2+2=4 个乘客，分别是来自国家 2,3,3,4，共来自 3 个不同的国家。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第四艘船在第 86402 秒到达海港，最近 24 小时到达的船是第二艘船、第三艘船和第四艘船，共有 2+2+1=5 个乘客，分别是来自国家 2,3,3,4,5，共来自 4个 不同的国家。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10% 的测试点，n=1,∑ k_i ≤q 10,1 ≤q xi,j ≤q 10, 1 ≤q t_i ≤q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的测试点，1 ≤q n ≤q 10, ∑ k_i ≤q 100,1 ≤q xi,j ≤q 100,1 ≤q t_i ≤q 32767。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的测试点，1 ≤q n ≤q 100, ∑ k_i ≤q 100,1 ≤q xi,j ≤q 100,1 ≤q t_i ≤q 86400。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70% 的测试点，1 ≤q n ≤q 1000, ∑ k_i ≤q 3000,1 ≤q xi,j ≤q 1000,1 ≤q t_i ≤q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的测试点，1 ≤q n ≤q 10^5,∑ k_i ≤q 3× 10^5, 1 ≤q xi,j ≤q 10^5,1≤q t_i ≤q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noip2016普及组复赛第3题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