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1570: 字符替换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把一个字符串中特定的字符全部用给定的字符替换，得到一个新的字符串。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只有一行，由一个字符串和两个字符组成，中间用单个空格隔开。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字符串是待替换的字符串，字符串长度小于等于 100 个字符，且不含空格等空白符；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接下来一个字符为需要被替换的特定字符；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接下来一个字符为用于替换的给定字符。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一行，即替换后的字符串。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hello-how-are-you o O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hellO-hOw-are-yOu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