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1569: 字符串分离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1569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2306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对输入的一行字符串做如下操作：将大写字母反向连成字符串，将小写字母正向连成字符串，最后输出一个字符串。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一行，包含若干个字符。 (个数不超过 255，不含空格）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一行，包含所有分离后符合条件的字符连接成的字符串。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7DVesb#Ft%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FVDesbt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