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1567: 买铅笔（pencil）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P老师需要去商店买 n 支铅笔作为小朋友们参加 NOIP的礼物。她发现商店一共有 3 种包装的铅笔，不同包装内的铅笔数量有可能不同，价格也有可能不同。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为了公平起见，P老师决定只买同一种包装的铅笔。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商店不允许将铅笔的包装拆开，因此P老师可能需要购买超过 n 支铅笔才够给小朋友们发礼物。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现在P老师想知道，在商店每种包装的数量都足够的情况下，要买够至少 n 支铅笔最少需要花费多少钱。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 ，表示需要的铅笔数量。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接下来三行，每行用两个正整数描述一种包装的铅笔: 其中第一个整数表示这种包装内铅笔的数量，第二个整数表示这种包装的价格。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保证所有的 7 个数都是不超过 10000 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输出一行一个整数，表示P老师最少需要花费的钱。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【样例1备注】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铅笔的三种包装分别是: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支装，价格为 2 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支装，价格为 30 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支装，价格为 27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P老师需要购买至少 57 支铅笔。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如果她选择购买第一种包装，那么她需要购买 29 份，共计 2 × 29 = 58支，需要花费的钱为 2 * 29 = 58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实际上，P老师会选择购买第三种包装，这样需要买 2 份。虽然最后买到的铅笔数量更多了，为 30 * 2 = 60 支，但花费却减少为 27 * 2 = 54，比第一种少。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对于第二种包装，虽然每支铅笔的价格是最低的，但要够发必须买 2 份，实际的花费达到了 30 * 2 = 60，因此P老师也不会选择。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所以最后输出的答案是 54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子任务会给出部分测试数据的特点。如果你在解决题目中遇到了困难，可以尝试只解决一部分测试数据。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每个测试点的数据规模及特点如下表: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NOIP2016 普及组复赛第 1 题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1200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gvp_ry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2008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