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1565: 成绩（score）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21933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牛牛最近学习了 C++ 入门课程，这门课程的总成绩计算方法是：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总成绩=作业成绩  × 20% + 小测成绩 × 30% + 期末考试成绩 × 50%。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牛牛想知道，这门课程自己最终能得到多少分。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三个非负整数 A、B、C ，分别表示牛牛的作业成绩、小测成绩和期末考试成绩。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相邻两个数之间用一个空格隔开，三项成绩满分都是 100 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一个整数，即牛牛这门课程的总成绩，满分也是 100 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牛牛的作业成绩是 100 分，小测成绩是 100 分，期末考试成绩是 80 分，总成绩是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× 20% +  100 × 30% + 80 × 50% =20+30+40=90。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【输入输出样例2说明】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牛牛的作业成绩是 60 分，小测成绩是 90 分，期末考试成绩是 80 分，总成绩是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 × 20% + 90 × 30% + 80× 50%= 79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数据，A=B=0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的数据， A=B=100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的数据，0 ≤ A ， B ，C ≤ 100 且 A、B、C 都是 10 的整数倍。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