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1553: 数列求和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1553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省赛简单循环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6634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省赛 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小明写出了一个数列，第 i 项 a_i 的值为 i^2 。数列从第一项( i = 1 )开始如下: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1, 4, 9, 16, 25, ⋯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编程求出这个数列前 n 项的和。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整数 n (1 ≤ n ≤ 1,000)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一个整数: a_1 +a_2 + ⋯ +a_n 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