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1552: 基因组分析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 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乌龟得到了他的基因组，一个只包含 ATCG 四种字母的字符串。乌龟想起科学家说，基因组中很多片段都多次重复出现，而且这种重复是很有意义的，于是他想计算一下自己基因组里片段的重复情况。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给定一个基因组，其中一个长度为 k 的子串称为一个“k - 片段”。乌龟希望你计算出基因组中不同的 k - 片段数量。例如，基因组 TACAC 的 2 - 片段有 TA ，AC，CA，AC ，其中不同的片段数量有 3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n，k，R_1，表示基因组的长度，片段的长度和数列生成的首项。基因组第 i 个字符在 R_i mod 4 的值为 0,1,2,3 时分别为 A， T，C，G。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试题中使用的生成数列 R 定义如下：整数 0 ≤ R_1 &lt; 201701 在输入中给出。对于 i&gt;1 ，R_i = (Ri-1× 6807 + 2831) mod 201701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一个整数，表示不同的 k - 片段的数量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20 2 37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30% 的数据满足 n≤10。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的数据满足 1≤n≤20,1≤k≤10。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2017江苏省青少年信息学奥林匹克小学组竞赛复赛。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