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1547: 小X转进制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小X喜欢研究进制转换。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在了解了进制转换的一般流程后，小 X 突然想起了以前学过的回文数（正着读倒着读都一样的数），于是开始思考一个奇怪的问题：1 到 N 中有多少个整数的平方在 M 进制下是回文数呢？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小X随手列了几个：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的平方 4 ，10 进制表示为 4，是回文数；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的平方 9，2 进制表示为 1001，是回文数；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9046 的平方 81830116，16 进制表示为 4E0A0E4，是回文数。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小X觉得要全列出来太难了，希望你帮帮他。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第一行包含用一个空格隔开的两个整数 N，M。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第一行包含一个整数，表示满足要求的整数个数。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的数据，M=10。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的数据，M=2。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的数据，1≤N≤10000，2≤M≤16。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常州市2015“信息与未来”夏令营选拔赛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