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1543: 小X玩游戏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喜欢玩游戏。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这天，小 X 觉得传统的游戏都玩腻了，自己随手在草稿纸上画了一行N个格子作为棋盘，制定了如下规则：格子从左到右依次编号为 1 到 N ，玩家初始位于格子 1 ，初始前进方向为向右，游戏共进行 M 轮，第 i 轮玩家前进 A_i 格，若玩家到达格子 N 则改变前进方向为向左，若玩家到达格子 1 则改变前进方向为向右。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想知道玩家最后会停在哪个格子，但这个游戏太漫长了，他已经玩得快睡着了，希望你帮帮他。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第一行包含用一个空格隔开的两个整数 N,M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行，第 i 行包含一个整数 A_i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第一行包含一个整数，表示玩家最后停留的格子编号。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玩家的路线为 1-&gt;2-&gt;3-&gt;2-&gt;1-&gt;2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的数据，N=2，M≤10，A_i=1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的数据，N≤1000，M≤1000，A_i≤1000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的数据，2≤N≤100000，1≤M≤100000，1≤Ai≤1000000000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常州市2015“信息与未来”夏令营选拔赛。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