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1541: 小 X 学游泳(swim)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暑假快到啦，小 X 准备趁着这个暑假去学游泳。可是一开始小 X 就遇到了一个难题。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游泳池划分成了一个 n × m 的方格， 这里 n × m 表示 n 行 m 列。 因 为游泳池里的水深浅不一，所以这 n×m 个方格对于小 X 的危险系数也会不一样。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而小 X 目前需要从左上角 的方格 (1,1) 出发， 游到右下角 的方格 (n,m)，小 X 每次只 能从当前方格游到上下左右四个相邻的方格中的某一格，并且在到达终点前不能离开游泳池。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 X 很担心会发生什么危险，所以希望你能帮他找一条危险系数最小的路径。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一条路径的危险系数定义为这条路径所经过的方格的危险系数之和。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注意：这条路径不能经过同一个方格两次（小 X 当然不希望去那么危险的地方再游一次）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输入数据第一行有两个用空格隔开的正整数 n 和 m， 表示泳池的行数和列数。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接下来共有 n 行数据，每行有 m 个用空格隔开的大于等于 0 的整数， 表示每个方格的危险系数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输出仅有一行包含一个整数 ans ， 表示要求的从左上角的方格 (1,1) 出发， 游到右下角的方格 (n,m) 的最小的危险系数。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1 7 2 8 2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3 10 1 5 1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2 8 3 7 1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1 2 1 20 1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19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30% 的数据， 1 ≤ n,m ≤ 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对于另外 40% 的数据， 1 ≤ n,m ≤ 20 ， 每个方格的危险系数 = 0 或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100% 的数据， 1 ≤ n,m ≤ 30， 0 ≤ 每个方格的危险系数 ≤ 100000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路径： (1,1) → (1,2) → (1,3) → (2,3) → (2,4) → (2,5) → (3,5) → (4,5) 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危险系数之和为 1+7+2+1+5+1+1+1=19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【来源】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常州市2016“信息与未来”夏令营选拔赛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