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1540: 小X数字母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喜欢研究字符串。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这天，小 X 随手在草稿纸上写下了一个大写字母字符串。此时，班长把成绩报告单发到了每位同学的手中。小 X 看到自己每门都是 A （优秀），非常高兴，灵光一闪想到一个问题：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在刚刚写下的字符串中，字母 A 最多连续出现了多少次呢？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立刻数了起来，但这个字符串实在是太长了，希望你帮帮他。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 N ，表示字符串长度。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第一行包含一个整数，表示该字符串中字母 A 最多连续出现的次数。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BAACA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的数据，N≤100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的数据，N≤1000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常州市2015“信息与未来”夏令营选拔赛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