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1535: 小 X 与数字(ten)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 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自从小 X 研究出了 BetaGo 之后， 他发现数学是一门 很重要的学科，在解决实际问题的时候经常会要用到一些数学知识。 导致小 X 最近对数和数字比较感兴趣，而他喜欢把数拆成一位一位的数字来看， 例如 712839 在小 X 眼中就是 1, 2, 3, 7, 8,9 六个数字。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发现了一种完美数： 如果在一个数中， 1～9 这 9 种数字都出现至少一次， 例如 84376521931 这个数就很完美了。而如果缺了 1～9 中的某一种时， 这个数就不太完美， 例如 712839 中就缺了 4, 5, 6 三种数字。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但是小 X 发现 1～9 全出现在一个数中时， 这个数会非常大。为了避免这种情况，小 X 想了一个好办法，那就是判断一个数 n 是否完美时，不仅仅看这个数 n 本身是否包含 1～9 这 9 种数字，同时去看这个数的倍数。也就是说如果这个数 n 不完美，那就看 n 和 2n 两个数中是否包含了 1～9 这 9 种数字。如果还是没有，那就再看 n， 2n， 3n 三个数中是否包含了 1～9 这 9 种数字，以此类推。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例如当 n = 712839 时， 这个数只包含了 1, 2, 3, 7, 8,9，所以并不完美。2 × n = 1425678，那么 n 中包含了 1, 2, 3, 7, 8,9，而 2 × n 中又包含了 1, 2, 4, 5, 6, 7, 8，所以当我们数到 2 × n 时这个数就完美了。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想知道对于任意一个从键盘输入的数 n， 需要数到多少时， 这个数才完美。小 X 自己并不知道答案， 但是他想到了你，想请你来帮他解决这个问题。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输入数据仅有一行包含一个正整数 n（n≤1012）， 表示小 X 想知道这个数 n 需要数到多少时才完美。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输出一行仅有一个数 ans， 表示需要数到 ans 这个数才完美， ans = k × n（ k 为正整数）。（ans≤1018）。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来源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常州市2016“信息与未来”夏令营选拔赛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