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media/image1.jpg" ContentType="image/pn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1533: 小 X 与机器人 (betago)</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1533</w:t>
            </w:r>
          </w:p>
        </w:tc>
      </w:tr>
      <w:tr>
        <w:tc>
          <w:tcPr>
            <w:tcW w:type="dxa" w:w="4320"/>
          </w:tcPr>
          <w:p>
            <w:r>
              <w:t>标签</w:t>
            </w:r>
          </w:p>
        </w:tc>
        <w:tc>
          <w:tcPr>
            <w:tcW w:type="dxa" w:w="4320"/>
          </w:tcPr>
          <w:p>
            <w:r>
              <w:t>市赛</w:t>
            </w:r>
          </w:p>
        </w:tc>
      </w:tr>
      <w:tr>
        <w:tc>
          <w:tcPr>
            <w:tcW w:type="dxa" w:w="4320"/>
          </w:tcPr>
          <w:p>
            <w:r>
              <w:t>难度</w:t>
            </w:r>
          </w:p>
        </w:tc>
        <w:tc>
          <w:tcPr>
            <w:tcW w:type="dxa" w:w="4320"/>
          </w:tcPr>
          <w:p>
            <w:r>
              <w:t>入门</w:t>
            </w:r>
          </w:p>
        </w:tc>
      </w:tr>
      <w:tr>
        <w:tc>
          <w:tcPr>
            <w:tcW w:type="dxa" w:w="4320"/>
          </w:tcPr>
          <w:p>
            <w:r>
              <w:t>正确</w:t>
            </w:r>
          </w:p>
        </w:tc>
        <w:tc>
          <w:tcPr>
            <w:tcW w:type="dxa" w:w="4320"/>
          </w:tcPr>
          <w:p>
            <w:r>
              <w:t>181</w:t>
            </w:r>
          </w:p>
        </w:tc>
      </w:tr>
      <w:tr>
        <w:tc>
          <w:tcPr>
            <w:tcW w:type="dxa" w:w="4320"/>
          </w:tcPr>
          <w:p>
            <w:r>
              <w:t>来源</w:t>
            </w:r>
          </w:p>
        </w:tc>
        <w:tc>
          <w:tcPr>
            <w:tcW w:type="dxa" w:w="4320"/>
          </w:tcPr>
          <w:p>
            <w:r>
              <w:t>常州市2016“信息与未来”夏令营选拔赛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 X 最近对战胜韩国围棋大神李世石的 AlphaGo 很感兴趣，所以小 X 自己写了一个叫 做 BetaGo的人工智能程序(简称 AI) ， 这个 BetaGo 会做什么呢？</w:t>
      </w:r>
    </w:p>
    <w:p>
      <w:pPr>
        <w:spacing w:before="40" w:after="40"/>
        <w:ind w:left="720"/>
      </w:pPr>
      <w:r>
        <w:rPr>
          <w:rFonts w:ascii="Consolas" w:hAnsi="Consolas"/>
          <w:sz w:val="18"/>
        </w:rPr>
        <w:t>小 X 首先想要让 BetaGo 做到自己在棋盘上落子， 这一点 AlphaGo 是由程序员来完成的。小 X 的设想是这样的： 在棋盘的边框上放置一个小机器人， 这个小机器人会沿着棋盘的边框移动到最接近落子点的位置，然后伸出它的机械臂将棋子放到棋盘上。 这里面最关键的一步是如何让小机器人在棋盘的边框上沿着最短的路径移动，小 X 想请你帮他编个程序解决这个问题。</w:t>
      </w:r>
    </w:p>
    <w:p>
      <w:pPr>
        <w:spacing w:before="40" w:after="40"/>
        <w:ind w:left="720"/>
      </w:pPr>
      <w:r>
        <w:rPr>
          <w:rFonts w:ascii="Consolas" w:hAnsi="Consolas"/>
          <w:sz w:val="18"/>
        </w:rPr>
        <w:t>众所周知，围棋棋盘大小为 19 × 19(如下图所示) , 图中加粗的一圈即为边框。</w:t>
      </w:r>
    </w:p>
    <w:p>
      <w:pPr>
        <w:spacing w:before="40" w:after="40"/>
        <w:ind w:left="720"/>
      </w:pPr>
      <w:r>
        <w:rPr>
          <w:rFonts w:ascii="Consolas" w:hAnsi="Consolas"/>
          <w:sz w:val="18"/>
        </w:rPr>
      </w:r>
    </w:p>
    <w:p>
      <w:pPr>
        <w:spacing w:before="40" w:after="40"/>
        <w:ind w:left="720"/>
      </w:pPr>
      <w:r>
        <w:rPr>
          <w:rFonts w:ascii="Consolas" w:hAnsi="Consolas"/>
          <w:sz w:val="18"/>
        </w:rPr>
        <w:t>我们用一对整数 (x, y) 来表示棋盘上第 x 条横线（从下往上数）与第 y 条竖线（从左往右数）的交叉点，如上图中边框上的 A 点用（ 6， 1） 表示， B 点用 (10， 19) 表示，小机器人初始时放置在 (x1, y1) 这个位置上， 它想要移动到 (x2, y2) 这个位置上。 (x1, y1) 和(x2, y2) 一定是棋盘边框上的交叉点每一步小机器人可以从当前位置移动到相邻（上下左右）的某个位置上， 即每次可以从 (x, y) 移动到 (x - 1, y) 、 (x + 1, y) 、 (x, y - 1) 、 (x, y + 1) 四个位置中的一个， 但是它不能走出或走进棋盘，也就是说它只能沿着棋盘的边框移动到相邻位置， 这就意味着任一时刻相邻位置都恰好只有两个。</w:t>
      </w:r>
    </w:p>
    <w:p>
      <w:pPr>
        <w:spacing w:before="40" w:after="40"/>
        <w:ind w:left="720"/>
      </w:pPr>
      <w:r>
        <w:rPr>
          <w:rFonts w:ascii="Consolas" w:hAnsi="Consolas"/>
          <w:sz w:val="18"/>
        </w:rPr>
        <w:t>BetaGo 会告诉小机器人最少需要走多少步， 但小 X 还是很担心 BetaGo 有的时候会失控，从而告诉他一个错误值。</w:t>
      </w:r>
    </w:p>
    <w:p>
      <w:pPr>
        <w:spacing w:before="40" w:after="40"/>
        <w:ind w:left="720"/>
      </w:pPr>
      <w:r>
        <w:rPr>
          <w:rFonts w:ascii="Consolas" w:hAnsi="Consolas"/>
          <w:sz w:val="18"/>
        </w:rPr>
        <w:t>为此小 X 只好求助你， 希望你编一个程序计算从 (x1, y1) 沿着棋盘的边框移动到 (x2, y2) 最少需要走 多少步 。 上 图 中 从 A 点 （ 6 ， 1 ） 移 动 到 B 点 (10 ， 19) 最 少需 要 走 32 步 ， 移 动 路线 是 ：（ 6 ， 1 ） → （ 5 ， 1 ） → （ 4 ， 1 ） → （ 3 ， 1 ） → （ 2 ， 1 ） → （ 1 ， 1 ） → (1 ， 2 ） → (1 ， 3 ） →……→(1， 19） →(2， 19） →……→(10， 19）</w:t>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4572000"/>
            <wp:docPr id="1" name="Picture 1"/>
            <wp:cNvGraphicFramePr>
              <a:graphicFrameLocks noChangeAspect="1"/>
            </wp:cNvGraphicFramePr>
            <a:graphic>
              <a:graphicData uri="http://schemas.openxmlformats.org/drawingml/2006/picture">
                <pic:pic>
                  <pic:nvPicPr>
                    <pic:cNvPr id="0" name="tmpo40h2li8.jpg"/>
                    <pic:cNvPicPr/>
                  </pic:nvPicPr>
                  <pic:blipFill>
                    <a:blip r:embed="rId9"/>
                    <a:stretch>
                      <a:fillRect/>
                    </a:stretch>
                  </pic:blipFill>
                  <pic:spPr>
                    <a:xfrm>
                      <a:off x="0" y="0"/>
                      <a:ext cx="4572000" cy="4572000"/>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输入数据仅有一行包含四个用空格隔开的正整数表示 x1, y1, x2,y2。</w:t>
      </w:r>
    </w:p>
    <w:p>
      <w:pPr>
        <w:spacing w:before="40" w:after="40"/>
        <w:ind w:left="720"/>
      </w:pPr>
      <w:r>
        <w:rPr>
          <w:rFonts w:ascii="Consolas" w:hAnsi="Consolas"/>
          <w:sz w:val="18"/>
        </w:rPr>
        <w:t>数据保证 (x1, y1) ， (x2, y2) 一定是棋盘边框上的交叉点。</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输出一行包含一个整数 ans， 表示小机器人从 (x1, y1) 移动到 (x2, y2) 的最少步数。</w:t>
      </w:r>
    </w:p>
    <w:p>
      <w:pPr>
        <w:spacing w:before="40" w:after="40"/>
        <w:ind w:left="864"/>
      </w:pPr>
      <w:r>
        <w:rPr>
          <w:rFonts w:ascii="Consolas" w:hAnsi="Consolas"/>
          <w:sz w:val="18"/>
        </w:rPr>
        <w:t xml:space="preserve"> </w:t>
      </w:r>
    </w:p>
    <w:p>
      <w:pPr>
        <w:pStyle w:val="Heading1"/>
      </w:pPr>
      <w:r>
        <w:t>样例输入</w:t>
      </w:r>
    </w:p>
    <w:p>
      <w:pPr>
        <w:spacing w:before="120" w:after="120"/>
      </w:pPr>
      <w:r>
        <w:t>6 1 10 19</w:t>
      </w:r>
    </w:p>
    <w:p>
      <w:pPr>
        <w:pStyle w:val="Heading1"/>
      </w:pPr>
      <w:r>
        <w:t>样例输出</w:t>
      </w:r>
    </w:p>
    <w:p>
      <w:pPr>
        <w:spacing w:before="120" w:after="120"/>
      </w:pPr>
      <w:r>
        <w:t>32</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 30% 的数据， (x1, y1) ， (x2, y2) 在同一条边框上</w:t>
      </w:r>
    </w:p>
    <w:p>
      <w:pPr>
        <w:spacing w:before="40" w:after="40"/>
        <w:ind w:left="720"/>
      </w:pPr>
      <w:r>
        <w:rPr>
          <w:rFonts w:ascii="Consolas" w:hAnsi="Consolas"/>
          <w:sz w:val="18"/>
        </w:rPr>
        <w:t>对于另外 30% 的数据， (x1, y1) ， (x2, y2) 在相邻的两条边框上</w:t>
      </w:r>
    </w:p>
    <w:p>
      <w:pPr>
        <w:spacing w:before="40" w:after="40"/>
        <w:ind w:left="720"/>
      </w:pPr>
      <w:r>
        <w:rPr>
          <w:rFonts w:ascii="Consolas" w:hAnsi="Consolas"/>
          <w:sz w:val="18"/>
        </w:rPr>
        <w:t>对于另外 40% 的数据， (x1, y1) ， (x2, y2) 在相对的两条边框上</w:t>
      </w:r>
    </w:p>
    <w:p>
      <w:pPr>
        <w:spacing w:before="40" w:after="40"/>
        <w:ind w:left="720"/>
      </w:pPr>
      <w:r>
        <w:rPr>
          <w:rFonts w:ascii="Consolas" w:hAnsi="Consolas"/>
          <w:sz w:val="18"/>
        </w:rPr>
        <w:t>【友情提醒】</w:t>
      </w:r>
    </w:p>
    <w:p>
      <w:pPr>
        <w:spacing w:before="40" w:after="40"/>
        <w:ind w:left="720"/>
      </w:pPr>
      <w:r>
        <w:rPr>
          <w:rFonts w:ascii="Consolas" w:hAnsi="Consolas"/>
          <w:sz w:val="18"/>
        </w:rPr>
        <w:t>在计算机语言中， 绝对值函数常记作 abs(x) ， 绝对值函数的值一定大于等于 0， 其意义为 x 到 0 的距离，如 3 到 0 的距离为 3， -3 到 0 的距离也是 3，所以 abs(3) =abs(-3) =3，一般地有 abs(x1-x2) =abs(x2-x1) ＝x1 到 x2 的距离。</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