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1532: 小X与神牛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神牛都长着 B 只角，B 只角从左到右在头顶上排成一排。每只角上都标着数字，不是 0 就是 1。小X将每头神牛的 B 只角上的数字从左到右依次取出，组成一个只含 0 或 1 的 B 位二进制数。小X将这个二进制数转化为十进制，用这个十进制数来代表一头神牛，这个十进制就是这头神牛的编号。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神牛们之间的关系是很微妙的，如果两头神牛的第 i 只角上的数字不同，则称这两头神牛的第 i 只角是不一样的。如果两头神牛不同的角的数目大于等于 D ，则称这两头神牛是友好的。比如当B=8，D=2时，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01010100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00110100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xx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这两头神牛的第 2 和第 3 只角不同(x 指向的位置)，不同的角的数目为 2 ，所以这两头神牛是友好的。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现在小X向你求助：请找出 N 头神牛，使得任意两头神牛都是友好的，并将这 N 头神牛的编号按从小到大排序后依次输出。如果有多种符合条件的解，那么排在越前面的牛的编号越小越好。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输入仅有一行包含 3 个用空格隔开的正整数，分别表示 N, B, 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输出仅有一行包含 N 个非负整数，相邻两个数之间用一个空格隔开，表示 N 头神牛的编号。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如果有多解，你的程序要输出这样的解：越前面的牛的编号越小越好。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每头神牛都长着 7 只角，若两头神牛不同的角的数目大于等于 3，则这两头神牛是友好的。现在要找出 16 头相互都友好的神牛。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答案是：0000000, 0000111, 0011001, 0011110, 0101010, 0101101, 0110011, 0110100, 1001011, 1001100, 1010010, 1010101, 1100001, 1100110, 1111000, 1111111，转化为十进制就是0 7 25 30 42 45 51 52 75 76 82 85 97 102 120 127；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的数据，1≤D≤B≤8，1≤N≤3；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10% 的数据，D=1；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的数据，D=2；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的数据，1≤D≤B≤8， 1≤N≤16；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数据保证有解。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常州市2017“信息与未来”夏令营选拔赛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