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1529: 基因锁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1529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市赛字符串KMP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Ｘ终于意识到需要花大力气减重了，他询问了若干个减重专家后决定采用最适合年轻人的运动减重方案，考虑再三，小Ｘ最终选择了打羽毛球的方式，一个原因是小Ｘ的小伙伴大都喜欢打羽毛球，其次是打羽毛球要抬头，对活动颈椎有好处，刚好可以缓冲编程久了对颈椎的压迫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经过一个月的努力，小Ｘ的国际象棋 AI 在机器学习的环境中进步神速，已经能够轻松战胜深蓝了，但小Ｘ的体重却没有太大变化，离第一目标 Q 老师尚有一段距离，这天小Ｘ跟往常一样白天打羽毛球，晚上训练 AI 后就睡觉了，睡梦中小Ｘ梦见自己先是被一束强光罩住了，随后被吸进了 UFO，落到了 UFO 的甲板上，只见一只会说人话的机器狗迎上前来，对小Ｘ说：“小Ｘ先生好，我家主人在会客舱等你多时了！”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随后小Ｘ被带到了一位长了三只眼的外星首领面前。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外星首领很友善地和小Ｘ握了手，然后对小Ｘ说：“你做的 AI 非常棒，我已经很多年未遇对手了，今天跟你的 AI 打得旗鼓相当，十分过瘾，这次请你来作客是想和你交个朋友，你有什么要求尽管提，我们会尽量满足！”小Ｘ听罢受宠若惊，心想外星科技这么发达，也许有办法让我立刻变得像中天学长一样帅！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于是小Ｘ提出了这个超高难度的要求，外星首领听后微微一笑：“你这个要求可以满足，但我们要对你的基因进行一次分析，把你基因中的肥胖基因找出来，然后给它们加上锁！象我们熟知的那样，人类的基因序列(英文缩写为 DNA)是一个由字母'A','C','G','T'组成的字符串，肥胖基因是其中的一个子串(子串为原串中一段连续的字符)，外星人对小Ｘ的基因手术过程是这样的：先找出所有的肥胖基因，并将它们用基因墨水染成红色，然后将某些字符加上基因锁，一把基因锁只能锁住一个字符，一个肥胖基因只要有一个字符加上了基因锁，则这个肥胖基因就不再起作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现在要你计算有多少个字符被基因墨水染成了红色？最少需要多少把基因锁才能将所有的肥胖基因锁住？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第一行包含两个用空格隔开的正整数 L_1，L_2，表示小Ｘ基因的长度和肥胖基因的长度。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第二行为一个长度为 L_1 的字符串，表示小Ｘ的基因。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第三行为一个长度为 L_2 的字符串，表示肥胖基因。数据保证 L_1 &gt; L_2。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输出一行包含两个整数，表示被基因墨水染成了红色的字符个数和所需的基因锁数量，两数之间严格用一个空格隔开。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CGCGCATCGCATTAGG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CGC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8 2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CGCGCATCGCATTAGG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CGC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红色字符为被基因墨水染成红色的全部 3 个肥胖基因，总共有 8 个字符；只需 2 把基因锁就可以把所有的肥胖基因(CGC)锁住。分别锁住第 3 个字符‘C’和第 9 个字符‘G’即可。注意第一个和第二个肥胖基因有重叠，给第三个字符‘C’加上锁就同时将两个肥胖基因锁住了。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10% 的数据，肥胖基因为单个字符；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40% 的数据，所有的肥胖基因互相不重叠；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的数据，基因长度不超过 10^6，肥胖基因长度不超过 10，保证字符只会出现'A','C','G','T'。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常州市2018“信息与未来”夏令营选拔赛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