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1516: 将n拆成3个数的和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 ，将 n 拆成三个数之和，拆分方案不能有重复，三个数不能有任何数的数值为 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比如：10=1+2+7 和 10=2+1+7 属于同一个方案。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 。（3 ≤ n ≤ 500）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 1 个算式。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10=1+1+8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10=1+2+7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10=1+3+6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10=1+4+5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10=2+2+6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10=2+3+5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10=2+4+4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10=3+3+4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