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1515: 将n拆成2个数的和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 n 拆成 a+b 的形式，比如： 10=2+8 ，请注意10=8+2 此处认为和 10=2+8 是同一个方案。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一行一个数, n（n ≤ 100）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若干行算式，每行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6=0+6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6=1+5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6=2+4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6=3+3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