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1514: 数根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 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数根是这样定义的：对于一个正整数 n ，将它的各个数位上的数字相加得到一个新数，如果这个数是一位数，我们就称之为 n 的数根，否则重复处理直到它成为一个一位数。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例如，n=34，3+4=7， 7 是一位数，所以 7 是 34 的数根。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再如，n=345，3+4+5=12，1+2=3，3 是一位数，所以 3 是 345 的数根。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对于输入数字 n ，编程计算它的数根。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一个正整数。（n&lt;=10^8）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n 的数根。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345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