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1511: 数字之和为13的整数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求出 1 ∼ n 范围内的整数，使其数字之和为 13，请问这样的数有多少个？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例如：数 85 ，其数字之和为 8+5=13 ；数 373，其数字之和为 3+7+3=13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10000000）；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输出一个整数，代表符合条件数的总个数。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