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1509: 户口统计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1509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小区统计了一下该小区的常住人数，并详细统计了家庭关系，每个家庭的户口簿中有户主1名，还有若干家庭成员。请你写程序，读入每个家庭的户主及家庭成员，读入结束后，根据户主的名字可以打印出该家庭的所有成员（含户主），并按家庭成员姓名的字典码升序排序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输入由多行组成，首先是一系列家庭关系的描述，其中每一组关系中户主只有一行，家庭成员可能有若干行；用 #name 的形式描写一组家庭关系中的户主的名字，用 +name的形式描写一组家庭关系中的成员的名字，成员的名字一定紧接着户主的名字出现；（请注意，读入时，户主以 # 读入，不再以 + 再次读入）接下来用一个 ?name 的形式表示要求该户主对应的所有家庭成员（含户主）；（?name 一定在家庭关系描述结束之后出现）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最后用单独的一个$ 表示文件结束。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输出该户主对应的家庭中，所有成员的名字，每行 1 个（假设小区中户主名字不存在重复，而家庭成员名字可以重复），如果户主名字不存在，请输出“no data”（双引号中间的内容）。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#wangxiaoming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+wangguixiang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+lidaxin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+zhangxiaoyang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+wangyunfei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#zhangfang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+zhangxinyu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+zhangyufei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+zhaochengyu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+anqi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+anjia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?zhangfang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$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anjia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anqi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zhangfang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zhangxinyu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zhangyufei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zhaochengyu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