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1507: 重复的学号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SW是课代表，老师判好卷子之后让他录成绩，他念了 n 个人的学号(学号是一个绝对值 10^9 以内的整数包括 0 ，没有负数)，但是老师总觉得他念重复了。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还好老师用声控软件记录下了他念的每一个学号，现在请你写程序来判断SW有没有念过某个或者某些学号 2 次及以上。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如果有请你输出 1，否则输出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n( 1 ≤ n ≤ 100000 )代表SW念了学号的个数；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之后第 2 行到第 n+1 行，每行一个 10^9 以内的整数(包括 0 没有负数)，代表某个同学的学号。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输出一个整数，如果有重复的学号输出 1 ，否则输出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11222222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11222222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