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1500: 数组存数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容器vector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 vector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今有 N 个数组，初始时，N 个数组均为空。共有 M 次操作，每次在第 X 个数组中加入数字 Y。问最终各数组中有多少数，并将它们排序输出。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比如，输入如下数据：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表示有 3 个数组，共有 5 次操作，分别向第 1 个数组存入 3，第 1 个数组存入 2 ，第 1 个数组存入 1，第 2 个数组存入 1，第 3 个数组存入1。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行表示：第 1 个数组中有 3 个数，排序结果为1 2 3；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行表示：第 2 个数组中有 1 个数，排序结果为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行表示：第 3 个数组中有 1 个数，排序结果为 1；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N、M（N≤100000,M≤3000）。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行，每行两个整数 X、Y，含义见试题描述。（1≤X≤N，Y≤10^9）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N 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i 行第一个数 SUM，表示第 i 个数组数的个数，接下来 SUM 个数，为排序之后的数组。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