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1499: 宇宙总统2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5615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地球历公元 6036 年，全宇宙准备竞选一个最贤能的人当总统，共有 n 个非凡拔尖的人竞选总统，现在投票已经结束，获得选票最多的人将荣登总统的宝座，如果有多个候选人获得票数一致，那么名字字典码最大的人将获得总统的宝座。请你编程计算出谁能够胜任总统的职位。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比如，有 10 个人参加了投票，这 10 张选票结果分别是。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liming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统计结果 zhangguoqiang 、wangfang 、zhaofei 三人每人都是 3 票，由于 zhaofei 名字的字典码最大，zhaofei 当选为本届宇宙总统。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 ，代表投票的总数。（n≤1000）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2行~第 n+1 行，每行是一个得到选票的人的名字（名字一定是小写的拼音，没有空格）。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行，按照每个人的得票数由高到低的顺序输出每个人的名字和得票数，中间用空格隔开。（如果有多个人得票数一致，则名字字典码大的人排在前面）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liming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zhaofei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zhangguoqiang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wangfang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liming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