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1498: 宇宙总统？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1498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4180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地球历公元 6036 年，全宇宙准备竞选一个最贤能的人当总统，共有 n 个非凡拔尖的人竞选总统，现在投票已经结束，获得选票最多的人将荣登总统的宝座，如果有多个候选人获得票数一致，那么编号较大的候选人将就任总统的职位。请你编程计算出谁能够胜任总统的职位。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比如，有 5 位候选人参加竞选，他们的编号分别是 1 2 3 4 5 ，有 10 个人为他们投票，投票结果是：1 1 1 1 1 2 2 3 4 5 ，那么 1 号候选人当选为宇宙总统。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1行是一个整数 n，代表投票的总数。（n ≤ 1000）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行有 n 个整数，代表这些选票投给了哪些编号的候选人（候选人编号都是 1 ∼ 100之间的整数）。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输出一个整数，代表获得总统职位的候选人的编号。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1 1 1 1 1 2 2 3 4 5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