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1497: 分数线的划定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宇航局准备招收一批科研人员从事月球探索的航空科研工作。这个职位来了很多应聘者，宇航局对众多应聘者进行综合素质考试，最终会选出 x 名综合得分排名靠前应聘者。目前考试已经结束了，宇航局需要根据目前考试的成绩计算出，如果要选出 x 个分数靠前的人，分数线应该划到多少分？请你写一个程序来帮助宇航局计算分数线。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比如：如果有 10 名选手参加考试，他们的得分如下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99 98 97 96 95 94 93 92 91 90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如果要选出 3 名分数靠前的人，那么分数线应该划在 98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，代表参加考试的人数。（n  ≤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个整数，用空格隔开，代表 n 个人的考试分数。（注意：不存在成绩一样的分数）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第三行有一个整数 x （x  &lt; n），代表宇航局要选出的人数。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一个整数，代表如果要选出 x 个人，宇航局应当划出的分数线。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100 90 98 92 85 70 88 96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