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1493: 放大的Z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1493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8488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打印 n 行放大的 Z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n=3 ，打印图形如下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***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***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n=4 ，打印图形如下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****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*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****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n=5，打印图形如下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*****</w:t>
      </w:r>
    </w:p>
    <w:p>
      <w:pPr>
        <w:spacing w:before="40" w:after="40"/>
        <w:ind w:left="1152"/>
      </w:pPr>
      <w:r>
        <w:rPr>
          <w:rFonts w:ascii="Consolas" w:hAnsi="Consolas"/>
          <w:sz w:val="18"/>
        </w:rPr>
        <w:t xml:space="preserve">   *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*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*****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n（n &lt; 10 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n行放大的Z。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