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1492: 空心正方形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11104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打印 n 行的空心正方形。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&lt; 10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行的空心正方形。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