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1490: 坐标排序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个不同的坐标，按 x 轴的值从小到大排序，如果 x 相同，则按照 y 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n（ n≤10000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行，每行有 2 个整数，代表了 1 个点的坐标。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行，每行有 2 个整数，输出排序后的 n 个坐标。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