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1479: 超级字符串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1479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354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fish在无数次oi竞赛的狱炼之后，悟出一个真理，往往越容易的题目，陷阱越深。由此，fish创作了这道题目。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fish 首先给出两个短串 A=4567 ( 4 个字符)， B=123( 3 个字符)。反复进行如下的操作得到一个长串 C。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（１）C=B+A (例如：A=4567 ,B=123 C=B+A= 1234567)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（２）A=B , B=C  (上述例子 A=123 B=1234567)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请你编程找出这个长串的第 n 个字符。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第一行包含一个整数 n 。(1 ≤ n ≤ 10^9)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仅一行，包含一个字符，表示这个长串的第 n 个字符。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