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1473: 去掉x个最高最低分后的平均分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1473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4242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期末考试结束了，黄老师需要计算一下，本班同学们的语文成绩，如果去掉 x 个最高分和 x 个最低分，剩余同学的平均分是多少分，请你编程计算一下？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第一行有两个整数 n 和 x ，n 代表分数的总数， x 代表要去掉的最高分和最低分的数量（10 ≤ n ≤ 10000，x &lt; n/4）；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 n 个整数，代表 n 个同学的分数。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n 个分数去掉 x 个最高分和 x 个最低分后的平均分，结果保留 1 位小数。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1 8 2 6 6 5 3 4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4.5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