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1472: 找筷子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经过一段时间的紧张筹备，电脑小组的“RP餐厅”终于开业了，这天，经理 LXC 接到了一个定餐大单，可把大家乐坏了！员工们齐心协力按要求准备好了套餐正准备派送时，突然碰到一个棘手的问题，筷子！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CX 小朋友找出了餐厅中所有的筷子，但遗憾的是这些筷子长短不一，而我们都知道筷子需要长度一样的才能组成一双，更麻烦的是 CX 找出来的这些筷子数量为奇数，但是巧合的是，这些筷子中只有一只筷子是落单的，其余都成双，善良的你，可以帮 CX 找出这只落单的筷子的长度吗？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第一行读入一个数 N，它代表 CX 找到的筷子的根数。（10 ≤ N ≤ 10000）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个用空格隔开的数，代表筷子的长度。（筷子长度都是 1 ∼ 1000 之间的整数）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一行，落单的筷子的长度。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2 2 1 3 3 3 2 3 1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