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1471: 并集与交集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小鱼同学学习了并集和交集的概念。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（1）数组的并集：给定两个数组 A，B ，把他们所有的元素合并在一起，并按照从小到大排序组成的集合，叫做数组A与数组B的并集；比如：数组{ 1, 2, 3 } 和 { 2, 3, 4 } 的并集是 { 1, 2, 3, 4 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（2）数的交集：给定两个数组 A，B ，由所有属于数组  A 且属于数组 B 的元素，并按照从小到大排序组成的集合，所组成的集合，叫做集合A与集合B的交集；比如：数组 { 1,2,3 } 和 { 2,3,4 } 的交集为 { 2,3 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 2 个数组，每个数组都含有若干不重复的元素，请分别求出两个数组的并集和交集（测试数据确认两个集合一定有交集）。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m 和 n （ m,n 都是 10 ∼ 1000之间的整数），分别代表 A,B 两个数组的长度。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m 个整数，代表 A 数组存储的整数，用空格隔开。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 n 个整数，代表 B 数组存储的整数，用空格隔开。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注：两个集合的数都是大于等于 0 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第一行输出两个数组的并集，用空格隔开这些元素。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第二行输出两个数组的交集，用空格隔开这些元素。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5 4 3 2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