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1470: 校门外的树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某校大门外长度为 l 的马路上有一排树，每两棵相邻的树之间的间隔都是 1 米。我们可以把马路看成一个数轴，马路的一端在数轴 0 的位置，另一端在 l 的位置；数轴上的每个整数点，即 0,1,2,⋯,l，都种有一棵树。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马路上有一些区域要用来建地铁。这些区域用它们在数轴上的起始点和终止点表示。已知任一区域的起始点和终止点的坐标都是整数，区域之间可能有重合的部分。现在要把这些区域中的树（包括区域端点处的两棵树）移走。你的任务是计算将这些树都移走后，马路上还有多少棵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比如：l=5，那么马路上默认有 6 棵树，分别种在0,1,2,3,4,5 这几个位置，现要求将 1-3 及 2-4 之间的树移走，那么需要移走 4 棵树，还剩 2 棵树。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第一行有两个整数，分别表示马路的长度 l 和区域的数目 m；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行，每行两个整数 u, v，表示一个区域的起始点和终止点的坐标。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输出一行一个整数，表示将这些树都移走后，马路上剩余的树木数量。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150 300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100 200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470 471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298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的数据，保证区域之间没有重合的部分。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的数据，保证 1 ≤q l ≤q 10^4，1 ≤q m ≤q 100，0 ≤q u ≤q v ≤q 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【题目来源】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 2005 普及组第二题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