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1467: 等比数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 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 1,2,3,4,5,6,7,8,9 共 9 个数分成 3 组，分别组成 3 个三位数，且使这 3 个三位数构成 1:2:3 的比例，试求出所有满足条件的 3 个三位数，按照从小到大输出。(1 ∼ 9每一位数只出现一次)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比如：192 384 576 就是满足条件的第一组解。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 3 个数。按照从小到大输出每组解。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