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1466: 等差数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1466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11256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Peter 同学刚刚在学校学习了等差数列的概念。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等差数列，指的是一组数，这些数连续 2 个数的差值是相等的，比如：1 2 3，1 3 5，8 5 2，这些数的连续两个数的差值都是相等的。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Peter 根据等差数列的概念，自己定义了一个等差数的概念，这种数如果连续 2 位的差值相等，Peter 就认为它是等差数，比如：123,159,1357,852 等这些数都是等差数。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请你编程帮助 Peter 同学找出从 m ∼ n之间，有哪些等差数？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两个整数 m 和 n（m ≤ n，且 m 和 n 都是100 ∼ 9999 之间的数）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m ∼ n 之间的等差数，每行 1 个。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900 2000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951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963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975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987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999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1234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1357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