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1465: 买铅笔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小刚去文具店买铅笔，文具店有 3 种不同价格的铅笔，小刚不想买最便宜的，也不想买最贵的，他想买一个中间价位的铅笔。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那么请问小刚有 n 元钱的情况下，最多能买到多少支铅笔？老板应该找小刚多少钱？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四个整数，用空格隔开，第一个整数代表小刚有的 n 元钱，后三个整数代表三种不同价位的铅笔的单价。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两个整数，用空格隔开，第一个整数代表小刚最多可以买到的铅笔的总数，第二个整数代表老板应该找给小刚多少钱？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